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rial" w:hAnsi="Arial"/>
          <w:b/>
          <w:sz w:val="44"/>
        </w:rPr>
        <w:t>Олег Якунин</w:t>
      </w:r>
    </w:p>
    <w:p>
      <w:pPr>
        <w:spacing w:after="40"/>
      </w:pPr>
      <w:r>
        <w:rPr>
          <w:b/>
          <w:sz w:val="23"/>
        </w:rPr>
        <w:t>Frontend Developer / Frontend Engineer</w:t>
      </w:r>
    </w:p>
    <w:p>
      <w:pPr>
        <w:spacing w:after="140"/>
      </w:pPr>
      <w:r>
        <w:rPr>
          <w:sz w:val="17"/>
        </w:rPr>
        <w:t>Сочи, Россия  |  +7 982 605 54 55  |  oleg.kemz@gmail.com</w:t>
        <w:br/>
        <w:t>github.com/jakuninoleg  |  jakuninoleg.dev</w:t>
      </w:r>
    </w:p>
    <w:p>
      <w:pPr>
        <w:pStyle w:val="Heading1"/>
      </w:pPr>
      <w:r>
        <w:t>ПРОФИЛЬ</w:t>
      </w:r>
    </w:p>
    <w:p>
      <w:r>
        <w:t>Frontend Developer с 8+ годами коммерческого опыта в web-разработке. Разрабатываю веб-приложения, внутренние бизнес-системы, ERP, dashboards и SaaS-продукты. Основной стек: JavaScript, TypeScript, React, Next.js, Vue.js и Nuxt.js. Есть опыт работы с REST API, PostgreSQL, SQL, Node.js, CI/CD и deployment. Работал в финтехе, международном outsourcing и на freelance-проектах end-to-end.</w:t>
      </w:r>
    </w:p>
    <w:p>
      <w:pPr>
        <w:pStyle w:val="Heading1"/>
      </w:pPr>
      <w:r>
        <w:t>КЛЮЧЕВЫЕ НАВЫКИ</w:t>
      </w:r>
    </w:p>
    <w:p>
      <w:pPr>
        <w:pStyle w:val="CVSmall"/>
        <w:spacing w:after="40"/>
      </w:pPr>
      <w:r>
        <w:rPr>
          <w:b/>
        </w:rPr>
        <w:t xml:space="preserve">Frontend: </w:t>
      </w:r>
      <w:r>
        <w:t>JavaScript (ES6+), TypeScript, React, React Hooks, Next.js, Vue.js, Nuxt.js, Vuex, Vue Router, HTML5, CSS3, SCSS, BEM, Tailwind CSS, Responsive Design</w:t>
      </w:r>
    </w:p>
    <w:p>
      <w:pPr>
        <w:pStyle w:val="CVSmall"/>
        <w:spacing w:after="40"/>
      </w:pPr>
      <w:r>
        <w:rPr>
          <w:b/>
        </w:rPr>
        <w:t xml:space="preserve">Backend / API: </w:t>
      </w:r>
      <w:r>
        <w:t>Node.js, NestJS, Ruby on Rails, Python, Go, REST API, API Integration, SSE, WebSockets</w:t>
      </w:r>
    </w:p>
    <w:p>
      <w:pPr>
        <w:pStyle w:val="CVSmall"/>
        <w:spacing w:after="40"/>
      </w:pPr>
      <w:r>
        <w:rPr>
          <w:b/>
        </w:rPr>
        <w:t xml:space="preserve">Data: </w:t>
      </w:r>
      <w:r>
        <w:t>PostgreSQL, MySQL, Supabase, SQL</w:t>
      </w:r>
    </w:p>
    <w:p>
      <w:pPr>
        <w:pStyle w:val="CVSmall"/>
        <w:spacing w:after="40"/>
      </w:pPr>
      <w:r>
        <w:rPr>
          <w:b/>
        </w:rPr>
        <w:t xml:space="preserve">AI: </w:t>
      </w:r>
      <w:r>
        <w:t>OpenAI API, LLM integrations, RAG, Vercel AI SDK, AI Gateway, streaming</w:t>
      </w:r>
    </w:p>
    <w:p>
      <w:pPr>
        <w:pStyle w:val="CVSmall"/>
        <w:spacing w:after="40"/>
      </w:pPr>
      <w:r>
        <w:rPr>
          <w:b/>
        </w:rPr>
        <w:t xml:space="preserve">Testing: </w:t>
      </w:r>
      <w:r>
        <w:t>Vitest, Playwright, Unit Testing, E2E Testing</w:t>
      </w:r>
    </w:p>
    <w:p>
      <w:pPr>
        <w:pStyle w:val="CVSmall"/>
        <w:spacing w:after="40"/>
      </w:pPr>
      <w:r>
        <w:rPr>
          <w:b/>
        </w:rPr>
        <w:t xml:space="preserve">DevOps: </w:t>
      </w:r>
      <w:r>
        <w:t>Git, GitHub, GitHub Actions, CI/CD, Docker, Vercel, Fly.io</w:t>
      </w:r>
    </w:p>
    <w:p>
      <w:pPr>
        <w:pStyle w:val="CVSmall"/>
        <w:spacing w:after="40"/>
      </w:pPr>
      <w:r>
        <w:rPr>
          <w:b/>
        </w:rPr>
        <w:t xml:space="preserve">Other: </w:t>
      </w:r>
      <w:r>
        <w:t>Contentful, Headless CMS, SEO, Web Performance Optimization, Figma</w:t>
      </w:r>
    </w:p>
    <w:p>
      <w:pPr>
        <w:pStyle w:val="Heading1"/>
      </w:pPr>
      <w:r>
        <w:t>ОПЫТ РАБОТЫ</w:t>
      </w:r>
    </w:p>
    <w:p>
      <w:pPr>
        <w:spacing w:before="100" w:after="0"/>
      </w:pPr>
      <w:r>
        <w:rPr>
          <w:b/>
          <w:sz w:val="21"/>
        </w:rPr>
        <w:t>Freelance Frontend / Fullstack Developer</w:t>
      </w:r>
    </w:p>
    <w:p>
      <w:pPr>
        <w:spacing w:after="40"/>
      </w:pPr>
      <w:r>
        <w:rPr>
          <w:b/>
          <w:sz w:val="18"/>
        </w:rPr>
        <w:t>Частная практика / freelance  |  2022 — настоящее время</w:t>
      </w:r>
    </w:p>
    <w:p>
      <w:pPr>
        <w:pStyle w:val="CVSmall"/>
      </w:pPr>
      <w:r>
        <w:t>Разработка web-продуктов и приложений end-to-end для клиентов и собственных продуктовых инициатив.</w:t>
      </w:r>
    </w:p>
    <w:p>
      <w:pPr>
        <w:pStyle w:val="CVBullet"/>
      </w:pPr>
      <w:r>
        <w:t xml:space="preserve">• </w:t>
      </w:r>
      <w:r>
        <w:t>Разрабатываю frontend и full-stack приложения на React, Next.js, TypeScript, Vue и Nuxt — от архитектуры и UI до API-интеграций и production deployment.</w:t>
      </w:r>
    </w:p>
    <w:p>
      <w:pPr>
        <w:pStyle w:val="CVBullet"/>
      </w:pPr>
      <w:r>
        <w:t xml:space="preserve">• </w:t>
      </w:r>
      <w:r>
        <w:t>Создаю переиспользуемые компоненты, сложные формы, dashboards, карты и data-driven интерфейсы.</w:t>
      </w:r>
    </w:p>
    <w:p>
      <w:pPr>
        <w:pStyle w:val="CVBullet"/>
      </w:pPr>
      <w:r>
        <w:t xml:space="preserve">• </w:t>
      </w:r>
      <w:r>
        <w:t>Интегрирую REST API, PostgreSQL, Supabase, authentication providers и сторонние сервисы.</w:t>
      </w:r>
    </w:p>
    <w:p>
      <w:pPr>
        <w:pStyle w:val="CVBullet"/>
      </w:pPr>
      <w:r>
        <w:t xml:space="preserve">• </w:t>
      </w:r>
      <w:r>
        <w:t>Разрабатываю AI-функциональность: интеграции с LLM, RAG, streaming и серверные AI gateway.</w:t>
      </w:r>
    </w:p>
    <w:p>
      <w:pPr>
        <w:pStyle w:val="CVBullet"/>
      </w:pPr>
      <w:r>
        <w:t xml:space="preserve">• </w:t>
      </w:r>
      <w:r>
        <w:t>Настраиваю CI/CD и deployment с GitHub Actions, Vercel и Docker; поддерживаю production-приложения.</w:t>
      </w:r>
    </w:p>
    <w:p>
      <w:pPr>
        <w:pStyle w:val="CVBullet"/>
      </w:pPr>
      <w:r>
        <w:t xml:space="preserve">• </w:t>
      </w:r>
      <w:r>
        <w:t>Провожу рефакторинг, оптимизацию производительности и устранение технического долга в существующих проектах.</w:t>
      </w:r>
    </w:p>
    <w:p>
      <w:pPr>
        <w:pStyle w:val="CVBullet"/>
      </w:pPr>
      <w:r>
        <w:t xml:space="preserve">• </w:t>
      </w:r>
      <w:r>
        <w:t>Самостоятельно веду задачи от постановки требований и выбора технического решения до релиза.</w:t>
      </w:r>
    </w:p>
    <w:p>
      <w:pPr>
        <w:spacing w:before="100" w:after="0"/>
      </w:pPr>
      <w:r>
        <w:rPr>
          <w:b/>
          <w:sz w:val="21"/>
        </w:rPr>
        <w:t>Frontend Developer</w:t>
      </w:r>
    </w:p>
    <w:p>
      <w:pPr>
        <w:spacing w:after="40"/>
      </w:pPr>
      <w:r>
        <w:rPr>
          <w:b/>
          <w:sz w:val="18"/>
        </w:rPr>
        <w:t>IT Club — Australian outsourcing company  |  2020 — 2021</w:t>
      </w:r>
    </w:p>
    <w:p>
      <w:pPr>
        <w:pStyle w:val="CVSmall"/>
      </w:pPr>
      <w:r>
        <w:t>Разработка web-продуктов для зарубежных клиентов в международной команде.</w:t>
      </w:r>
    </w:p>
    <w:p>
      <w:pPr>
        <w:pStyle w:val="CVBullet"/>
      </w:pPr>
      <w:r>
        <w:t xml:space="preserve">• </w:t>
      </w:r>
      <w:r>
        <w:t>Разрабатывал frontend-функциональность и пользовательские интерфейсы для коммерческих web-проектов.</w:t>
      </w:r>
    </w:p>
    <w:p>
      <w:pPr>
        <w:pStyle w:val="CVBullet"/>
      </w:pPr>
      <w:r>
        <w:t xml:space="preserve">• </w:t>
      </w:r>
      <w:r>
        <w:t>Создавал custom reusable components и общие UI-решения; переиспользование компонентов сокращало время реализации типовых интерфейсов примерно на 30%.</w:t>
      </w:r>
    </w:p>
    <w:p>
      <w:pPr>
        <w:pStyle w:val="CVBullet"/>
      </w:pPr>
      <w:r>
        <w:t xml:space="preserve">• </w:t>
      </w:r>
      <w:r>
        <w:t>Работал с frontend-архитектурой, REST API, существующим кодом и рефакторингом.</w:t>
      </w:r>
    </w:p>
    <w:p>
      <w:pPr>
        <w:pStyle w:val="CVBullet"/>
      </w:pPr>
      <w:r>
        <w:t xml:space="preserve">• </w:t>
      </w:r>
      <w:r>
        <w:t>Участвовал в разработке новых функций от постановки задачи до production-релиза.</w:t>
      </w:r>
    </w:p>
    <w:p>
      <w:pPr>
        <w:pStyle w:val="CVBullet"/>
      </w:pPr>
      <w:r>
        <w:t xml:space="preserve">• </w:t>
      </w:r>
      <w:r>
        <w:t>Работал в международной команде, участвовал в code review и обсуждении технических решений.</w:t>
      </w:r>
    </w:p>
    <w:p>
      <w:pPr>
        <w:pStyle w:val="CVBullet"/>
      </w:pPr>
      <w:r>
        <w:t xml:space="preserve">• </w:t>
      </w:r>
      <w:r>
        <w:t>Оптимизировал производительность интерфейсов и исправлял production issues.</w:t>
      </w:r>
    </w:p>
    <w:p>
      <w:pPr>
        <w:pStyle w:val="CVBullet"/>
      </w:pPr>
      <w:r>
        <w:t xml:space="preserve">• </w:t>
      </w:r>
      <w:r>
        <w:t>Стек: JavaScript, TypeScript, Vue.js, Nuxt.js, HTML5, CSS3, REST API, Git.</w:t>
      </w:r>
    </w:p>
    <w:p>
      <w:pPr>
        <w:spacing w:before="100" w:after="0"/>
      </w:pPr>
      <w:r>
        <w:rPr>
          <w:b/>
          <w:sz w:val="21"/>
        </w:rPr>
        <w:t>Fullstack Web Developer</w:t>
      </w:r>
    </w:p>
    <w:p>
      <w:pPr>
        <w:spacing w:after="40"/>
      </w:pPr>
      <w:r>
        <w:rPr>
          <w:b/>
          <w:sz w:val="18"/>
        </w:rPr>
        <w:t>Zdeslegko / Здесь Легко — Fintech / Automotive Finance  |  2018 — 2020</w:t>
      </w:r>
    </w:p>
    <w:p>
      <w:pPr>
        <w:pStyle w:val="CVSmall"/>
      </w:pPr>
      <w:r>
        <w:t>Разработка внутренних web-систем и инструментов для автоматизации финансовых и операционных процессов.</w:t>
      </w:r>
    </w:p>
    <w:p>
      <w:pPr>
        <w:pStyle w:val="CVBullet"/>
      </w:pPr>
      <w:r>
        <w:t xml:space="preserve">• </w:t>
      </w:r>
      <w:r>
        <w:t>Разработал внутреннюю ERP-систему, заменившую ручной экспорт и консолидацию отчётности в нескольких рабочих процессах.</w:t>
      </w:r>
    </w:p>
    <w:p>
      <w:pPr>
        <w:pStyle w:val="CVBullet"/>
      </w:pPr>
      <w:r>
        <w:t xml:space="preserve">• </w:t>
      </w:r>
      <w:r>
        <w:t>Автоматизировал подготовку финансовой и операционной отчётности; по оценке команды, ручные операции были сокращены примерно на 50–60%.</w:t>
      </w:r>
    </w:p>
    <w:p>
      <w:pPr>
        <w:pStyle w:val="CVBullet"/>
      </w:pPr>
      <w:r>
        <w:t xml:space="preserve">• </w:t>
      </w:r>
      <w:r>
        <w:t>Разработал финансовые dashboards для CFO/CTO и инструменты для коммерческого директора и экономистов.</w:t>
      </w:r>
    </w:p>
    <w:p>
      <w:pPr>
        <w:pStyle w:val="CVBullet"/>
      </w:pPr>
      <w:r>
        <w:t xml:space="preserve">• </w:t>
      </w:r>
      <w:r>
        <w:t>Реализовал специализированный product pricing calculator со сложной бизнес-логикой расчётов.</w:t>
      </w:r>
    </w:p>
    <w:p>
      <w:pPr>
        <w:pStyle w:val="CVBullet"/>
      </w:pPr>
      <w:r>
        <w:t xml:space="preserve">• </w:t>
      </w:r>
      <w:r>
        <w:t>Разрабатывал realtime web-приложение для взаимодействия курьеров и call-центра.</w:t>
      </w:r>
    </w:p>
    <w:p>
      <w:pPr>
        <w:pStyle w:val="CVBullet"/>
      </w:pPr>
      <w:r>
        <w:t xml:space="preserve">• </w:t>
      </w:r>
      <w:r>
        <w:t>Помогал data analysts со сложными SQL-запросами, оптимизацией запросов и реализацией бизнес-логики.</w:t>
      </w:r>
    </w:p>
    <w:p>
      <w:pPr>
        <w:pStyle w:val="CVBullet"/>
      </w:pPr>
      <w:r>
        <w:t xml:space="preserve">• </w:t>
      </w:r>
      <w:r>
        <w:t>Интегрировал новые приложения с существующей IT-архитектурой и внутренними сервисами.</w:t>
      </w:r>
    </w:p>
    <w:p>
      <w:pPr>
        <w:pStyle w:val="CVBullet"/>
      </w:pPr>
      <w:r>
        <w:t xml:space="preserve">• </w:t>
      </w:r>
      <w:r>
        <w:t>Разрабатывал landing pages и корпоративные страницы, занимался SEO, performance optimization и refactoring.</w:t>
      </w:r>
    </w:p>
    <w:p>
      <w:pPr>
        <w:pStyle w:val="CVBullet"/>
      </w:pPr>
      <w:r>
        <w:t xml:space="preserve">• </w:t>
      </w:r>
      <w:r>
        <w:t>Стек: JavaScript, Vue.js, Nuxt.js, Vuex, Vue Router, PostgreSQL, MySQL, SQL, HTML5, CSS3, SCSS, BEM, Webpack, Gulp, REST API, Git.</w:t>
      </w:r>
    </w:p>
    <w:p>
      <w:pPr>
        <w:spacing w:before="100" w:after="0"/>
      </w:pPr>
      <w:r>
        <w:rPr>
          <w:b/>
          <w:sz w:val="21"/>
        </w:rPr>
        <w:t>Code Reviewer</w:t>
      </w:r>
    </w:p>
    <w:p>
      <w:pPr>
        <w:spacing w:after="40"/>
      </w:pPr>
      <w:r>
        <w:rPr>
          <w:b/>
          <w:sz w:val="18"/>
        </w:rPr>
        <w:t>Yandex Practicum  |  Март 2020 — Июнь 2020</w:t>
      </w:r>
    </w:p>
    <w:p>
      <w:pPr>
        <w:pStyle w:val="CVSmall"/>
      </w:pPr>
      <w:r>
        <w:t>Code review и техническое сопровождение студентов frontend-направления.</w:t>
      </w:r>
    </w:p>
    <w:p>
      <w:pPr>
        <w:pStyle w:val="CVBullet"/>
      </w:pPr>
      <w:r>
        <w:t xml:space="preserve">• </w:t>
      </w:r>
      <w:r>
        <w:t>Проверял JavaScript/frontend-код, архитектуру и соответствие техническим требованиям.</w:t>
      </w:r>
    </w:p>
    <w:p>
      <w:pPr>
        <w:pStyle w:val="CVBullet"/>
      </w:pPr>
      <w:r>
        <w:t xml:space="preserve">• </w:t>
      </w:r>
      <w:r>
        <w:t>Помогал разбирать ошибки и улучшать качество, читаемость и поддерживаемость кода.</w:t>
      </w:r>
    </w:p>
    <w:p>
      <w:pPr>
        <w:pStyle w:val="CVBullet"/>
      </w:pPr>
      <w:r>
        <w:t xml:space="preserve">• </w:t>
      </w:r>
      <w:r>
        <w:t>Консультировал по JavaScript, OOP, БЭМ и frontend development.</w:t>
      </w:r>
    </w:p>
    <w:p>
      <w:pPr>
        <w:spacing w:before="100" w:after="0"/>
      </w:pPr>
      <w:r>
        <w:rPr>
          <w:b/>
          <w:sz w:val="21"/>
        </w:rPr>
        <w:t>Teacher's Assistant / Web Development Mentor</w:t>
      </w:r>
    </w:p>
    <w:p>
      <w:pPr>
        <w:spacing w:after="40"/>
      </w:pPr>
      <w:r>
        <w:rPr>
          <w:b/>
          <w:sz w:val="18"/>
        </w:rPr>
        <w:t>Le Wagon Barcelona  |  Июль 2017 — Декабрь 2018</w:t>
      </w:r>
    </w:p>
    <w:p>
      <w:pPr>
        <w:pStyle w:val="CVSmall"/>
      </w:pPr>
      <w:r>
        <w:t>Поддержка студентов на Fullstack Web Development Bootcamp.</w:t>
      </w:r>
    </w:p>
    <w:p>
      <w:pPr>
        <w:pStyle w:val="CVBullet"/>
      </w:pPr>
      <w:r>
        <w:t xml:space="preserve">• </w:t>
      </w:r>
      <w:r>
        <w:t>Помогал студентам с Ruby on Rails, JavaScript, SQL и web development.</w:t>
      </w:r>
    </w:p>
    <w:p>
      <w:pPr>
        <w:pStyle w:val="CVBullet"/>
      </w:pPr>
      <w:r>
        <w:t xml:space="preserve">• </w:t>
      </w:r>
      <w:r>
        <w:t>Проводил технические консультации, code review и помогал командам доводить проекты до финальной презентации.</w:t>
      </w:r>
    </w:p>
    <w:p>
      <w:pPr>
        <w:pStyle w:val="Heading1"/>
      </w:pPr>
      <w:r>
        <w:t>ОБРАЗОВАНИЕ</w:t>
      </w:r>
    </w:p>
    <w:p>
      <w:pPr>
        <w:spacing w:before="60" w:after="0"/>
      </w:pPr>
      <w:r>
        <w:rPr>
          <w:b/>
          <w:sz w:val="19"/>
        </w:rPr>
        <w:t>Fullstack Web Development Bootcamp</w:t>
      </w:r>
    </w:p>
    <w:p>
      <w:pPr>
        <w:pStyle w:val="CVSmall"/>
      </w:pPr>
      <w:r>
        <w:t>Le Wagon Barcelona  |  2017</w:t>
      </w:r>
    </w:p>
    <w:p>
      <w:pPr>
        <w:spacing w:before="60" w:after="0"/>
      </w:pPr>
      <w:r>
        <w:rPr>
          <w:b/>
          <w:sz w:val="19"/>
        </w:rPr>
        <w:t>International Economics / Master's Degree</w:t>
      </w:r>
    </w:p>
    <w:p>
      <w:pPr>
        <w:pStyle w:val="CVSmall"/>
      </w:pPr>
      <w:r>
        <w:t>USUE — Уральский государственный экономический университет  |  2007 — 2012</w:t>
      </w:r>
    </w:p>
    <w:p>
      <w:pPr>
        <w:pStyle w:val="Heading1"/>
      </w:pPr>
      <w:r>
        <w:t>ДОПОЛНИТЕЛЬНО</w:t>
      </w:r>
    </w:p>
    <w:p>
      <w:pPr>
        <w:pStyle w:val="CVSmall"/>
      </w:pPr>
      <w:r>
        <w:rPr>
          <w:b/>
        </w:rPr>
        <w:t xml:space="preserve">Английский: </w:t>
      </w:r>
      <w:r>
        <w:t xml:space="preserve">рабочий уровень; опыт работы в международной команде.  </w:t>
      </w:r>
      <w:r>
        <w:rPr>
          <w:b/>
        </w:rPr>
        <w:t xml:space="preserve">Формат: </w:t>
      </w:r>
      <w:r>
        <w:t>удалённая работа, full-time, contract, freelance.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ullet">
    <w:name w:val="CV Bullet"/>
    <w:basedOn w:val="Normal"/>
    <w:pPr>
      <w:spacing w:after="30"/>
      <w:ind w:left="259" w:hanging="173"/>
    </w:pPr>
    <w:rPr>
      <w:rFonts w:ascii="Arial" w:hAnsi="Arial"/>
      <w:sz w:val="18"/>
    </w:rPr>
  </w:style>
  <w:style w:type="paragraph" w:customStyle="1" w:styleId="CVSmall">
    <w:name w:val="CV Small"/>
    <w:basedOn w:val="Normal"/>
    <w:pPr>
      <w:spacing w:after="40"/>
    </w:pPr>
    <w:rPr>
      <w:rFonts w:ascii="Arial" w:hAnsi="Arial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