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b/>
          <w:sz w:val="44"/>
        </w:rPr>
        <w:t>Oleg Jakunin</w:t>
      </w:r>
    </w:p>
    <w:p>
      <w:pPr>
        <w:spacing w:after="40"/>
      </w:pPr>
      <w:r>
        <w:rPr>
          <w:b/>
          <w:sz w:val="23"/>
        </w:rPr>
        <w:t>Frontend Developer / Frontend Engineer</w:t>
      </w:r>
    </w:p>
    <w:p>
      <w:pPr>
        <w:spacing w:after="140"/>
      </w:pPr>
      <w:r>
        <w:rPr>
          <w:sz w:val="17"/>
        </w:rPr>
        <w:t>Sochi, Russia  |  +7 982 605 54 55  |  oleg.kemz@gmail.com</w:t>
        <w:br/>
        <w:t>github.com/jakuninoleg  |  jakuninoleg.dev</w:t>
      </w:r>
    </w:p>
    <w:p>
      <w:pPr>
        <w:pStyle w:val="Heading1"/>
      </w:pPr>
      <w:r>
        <w:t>PROFESSIONAL SUMMARY</w:t>
      </w:r>
    </w:p>
    <w:p>
      <w:r>
        <w:t>Frontend Developer with 8+ years of commercial web development experience. Builds production web applications, internal business systems, ERP platforms, dashboards and SaaS products. Core stack: JavaScript, TypeScript, React, Next.js, Vue.js and Nuxt.js. Experienced with REST APIs, PostgreSQL, SQL, Node.js, CI/CD and production deployment. Background includes fintech, international outsourcing and end-to-end freelance product development.</w:t>
      </w:r>
    </w:p>
    <w:p>
      <w:pPr>
        <w:pStyle w:val="Heading1"/>
      </w:pPr>
      <w:r>
        <w:t>TECHNICAL SKILLS</w:t>
      </w:r>
    </w:p>
    <w:p>
      <w:pPr>
        <w:pStyle w:val="CVSmall"/>
        <w:spacing w:after="40"/>
      </w:pPr>
      <w:r>
        <w:rPr>
          <w:b/>
        </w:rPr>
        <w:t xml:space="preserve">Frontend: </w:t>
      </w:r>
      <w:r>
        <w:t>JavaScript (ES6+), TypeScript, React, React Hooks, Next.js, Vue.js, Nuxt.js, Vuex, Vue Router, HTML5, CSS3, SCSS, BEM, Tailwind CSS, Responsive Design</w:t>
      </w:r>
    </w:p>
    <w:p>
      <w:pPr>
        <w:pStyle w:val="CVSmall"/>
        <w:spacing w:after="40"/>
      </w:pPr>
      <w:r>
        <w:rPr>
          <w:b/>
        </w:rPr>
        <w:t xml:space="preserve">Backend / APIs: </w:t>
      </w:r>
      <w:r>
        <w:t>Node.js, NestJS, Ruby on Rails, Python, Go, REST APIs, API Integration, Server-Sent Events (SSE), WebSockets</w:t>
      </w:r>
    </w:p>
    <w:p>
      <w:pPr>
        <w:pStyle w:val="CVSmall"/>
        <w:spacing w:after="40"/>
      </w:pPr>
      <w:r>
        <w:rPr>
          <w:b/>
        </w:rPr>
        <w:t xml:space="preserve">Data: </w:t>
      </w:r>
      <w:r>
        <w:t>PostgreSQL, MySQL, Supabase, SQL</w:t>
      </w:r>
    </w:p>
    <w:p>
      <w:pPr>
        <w:pStyle w:val="CVSmall"/>
        <w:spacing w:after="40"/>
      </w:pPr>
      <w:r>
        <w:rPr>
          <w:b/>
        </w:rPr>
        <w:t xml:space="preserve">AI: </w:t>
      </w:r>
      <w:r>
        <w:t>OpenAI API, LLM integrations, RAG, Vercel AI SDK, AI Gateway, streaming</w:t>
      </w:r>
    </w:p>
    <w:p>
      <w:pPr>
        <w:pStyle w:val="CVSmall"/>
        <w:spacing w:after="40"/>
      </w:pPr>
      <w:r>
        <w:rPr>
          <w:b/>
        </w:rPr>
        <w:t xml:space="preserve">Testing: </w:t>
      </w:r>
      <w:r>
        <w:t>Vitest, Playwright, Unit Testing, E2E Testing</w:t>
      </w:r>
    </w:p>
    <w:p>
      <w:pPr>
        <w:pStyle w:val="CVSmall"/>
        <w:spacing w:after="40"/>
      </w:pPr>
      <w:r>
        <w:rPr>
          <w:b/>
        </w:rPr>
        <w:t xml:space="preserve">DevOps: </w:t>
      </w:r>
      <w:r>
        <w:t>Git, GitHub, GitHub Actions, CI/CD, Docker, Vercel, Fly.io</w:t>
      </w:r>
    </w:p>
    <w:p>
      <w:pPr>
        <w:pStyle w:val="CVSmall"/>
        <w:spacing w:after="40"/>
      </w:pPr>
      <w:r>
        <w:rPr>
          <w:b/>
        </w:rPr>
        <w:t xml:space="preserve">Other: </w:t>
      </w:r>
      <w:r>
        <w:t>Contentful, Headless CMS, SEO, Web Performance Optimization, Figma</w:t>
      </w:r>
    </w:p>
    <w:p>
      <w:pPr>
        <w:pStyle w:val="Heading1"/>
      </w:pPr>
      <w:r>
        <w:t>PROFESSIONAL EXPERIENCE</w:t>
      </w:r>
    </w:p>
    <w:p>
      <w:pPr>
        <w:spacing w:before="100" w:after="0"/>
      </w:pPr>
      <w:r>
        <w:rPr>
          <w:b/>
          <w:sz w:val="21"/>
        </w:rPr>
        <w:t>Freelance Frontend / Fullstack Developer</w:t>
      </w:r>
    </w:p>
    <w:p>
      <w:pPr>
        <w:spacing w:after="40"/>
      </w:pPr>
      <w:r>
        <w:rPr>
          <w:b/>
          <w:sz w:val="18"/>
        </w:rPr>
        <w:t>Independent / Freelance  |  2022 — Present</w:t>
      </w:r>
    </w:p>
    <w:p>
      <w:pPr>
        <w:pStyle w:val="CVSmall"/>
      </w:pPr>
      <w:r>
        <w:t>End-to-end development of web products and applications for clients and independent product initiatives.</w:t>
      </w:r>
    </w:p>
    <w:p>
      <w:pPr>
        <w:pStyle w:val="CVBullet"/>
      </w:pPr>
      <w:r>
        <w:t xml:space="preserve">• </w:t>
      </w:r>
      <w:r>
        <w:t>Build frontend and full-stack applications with React, Next.js, TypeScript, Vue and Nuxt, from architecture and UI implementation through API integration and production deployment.</w:t>
      </w:r>
    </w:p>
    <w:p>
      <w:pPr>
        <w:pStyle w:val="CVBullet"/>
      </w:pPr>
      <w:r>
        <w:t xml:space="preserve">• </w:t>
      </w:r>
      <w:r>
        <w:t>Develop reusable component systems, complex forms, dashboards, maps and data-driven interfaces.</w:t>
      </w:r>
    </w:p>
    <w:p>
      <w:pPr>
        <w:pStyle w:val="CVBullet"/>
      </w:pPr>
      <w:r>
        <w:t xml:space="preserve">• </w:t>
      </w:r>
      <w:r>
        <w:t>Integrate REST APIs, PostgreSQL, Supabase, authentication providers and third-party services.</w:t>
      </w:r>
    </w:p>
    <w:p>
      <w:pPr>
        <w:pStyle w:val="CVBullet"/>
      </w:pPr>
      <w:r>
        <w:t xml:space="preserve">• </w:t>
      </w:r>
      <w:r>
        <w:t>Implement AI functionality including LLM integrations, RAG, streaming and server-side AI gateways.</w:t>
      </w:r>
    </w:p>
    <w:p>
      <w:pPr>
        <w:pStyle w:val="CVBullet"/>
      </w:pPr>
      <w:r>
        <w:t xml:space="preserve">• </w:t>
      </w:r>
      <w:r>
        <w:t>Set up CI/CD and production deployments with GitHub Actions, Vercel and Docker.</w:t>
      </w:r>
    </w:p>
    <w:p>
      <w:pPr>
        <w:pStyle w:val="CVBullet"/>
      </w:pPr>
      <w:r>
        <w:t xml:space="preserve">• </w:t>
      </w:r>
      <w:r>
        <w:t>Refactor existing codebases, improve performance and reduce technical debt.</w:t>
      </w:r>
    </w:p>
    <w:p>
      <w:pPr>
        <w:pStyle w:val="CVBullet"/>
      </w:pPr>
      <w:r>
        <w:t xml:space="preserve">• </w:t>
      </w:r>
      <w:r>
        <w:t>Own features end-to-end, from requirements and technical decisions to release and maintenance.</w:t>
      </w:r>
    </w:p>
    <w:p>
      <w:pPr>
        <w:spacing w:before="100" w:after="0"/>
      </w:pPr>
      <w:r>
        <w:rPr>
          <w:b/>
          <w:sz w:val="21"/>
        </w:rPr>
        <w:t>Frontend Developer</w:t>
      </w:r>
    </w:p>
    <w:p>
      <w:pPr>
        <w:spacing w:after="40"/>
      </w:pPr>
      <w:r>
        <w:rPr>
          <w:b/>
          <w:sz w:val="18"/>
        </w:rPr>
        <w:t>IT Club — Australian Outsourcing Company  |  2020 — 2021</w:t>
      </w:r>
    </w:p>
    <w:p>
      <w:pPr>
        <w:pStyle w:val="CVSmall"/>
      </w:pPr>
      <w:r>
        <w:t>Frontend development for international client projects in a distributed engineering team.</w:t>
      </w:r>
    </w:p>
    <w:p>
      <w:pPr>
        <w:pStyle w:val="CVBullet"/>
      </w:pPr>
      <w:r>
        <w:t xml:space="preserve">• </w:t>
      </w:r>
      <w:r>
        <w:t>Developed frontend features and user interfaces for commercial web applications.</w:t>
      </w:r>
    </w:p>
    <w:p>
      <w:pPr>
        <w:pStyle w:val="CVBullet"/>
      </w:pPr>
      <w:r>
        <w:t xml:space="preserve">• </w:t>
      </w:r>
      <w:r>
        <w:t>Built custom reusable UI components and shared frontend solutions; component reuse reduced implementation time for recurring UI work by approximately 30%.</w:t>
      </w:r>
    </w:p>
    <w:p>
      <w:pPr>
        <w:pStyle w:val="CVBullet"/>
      </w:pPr>
      <w:r>
        <w:t xml:space="preserve">• </w:t>
      </w:r>
      <w:r>
        <w:t>Worked on frontend architecture, REST API integration, refactoring and maintenance of existing codebases.</w:t>
      </w:r>
    </w:p>
    <w:p>
      <w:pPr>
        <w:pStyle w:val="CVBullet"/>
      </w:pPr>
      <w:r>
        <w:t xml:space="preserve">• </w:t>
      </w:r>
      <w:r>
        <w:t>Delivered features from requirements through production release.</w:t>
      </w:r>
    </w:p>
    <w:p>
      <w:pPr>
        <w:pStyle w:val="CVBullet"/>
      </w:pPr>
      <w:r>
        <w:t xml:space="preserve">• </w:t>
      </w:r>
      <w:r>
        <w:t>Collaborated with an international engineering team, participated in code reviews and technical discussions.</w:t>
      </w:r>
    </w:p>
    <w:p>
      <w:pPr>
        <w:pStyle w:val="CVBullet"/>
      </w:pPr>
      <w:r>
        <w:t xml:space="preserve">• </w:t>
      </w:r>
      <w:r>
        <w:t>Improved frontend performance and resolved production issues.</w:t>
      </w:r>
    </w:p>
    <w:p>
      <w:pPr>
        <w:pStyle w:val="CVBullet"/>
      </w:pPr>
      <w:r>
        <w:t xml:space="preserve">• </w:t>
      </w:r>
      <w:r>
        <w:t>Stack: JavaScript, TypeScript, Vue.js, Nuxt.js, HTML5, CSS3, REST APIs, Git.</w:t>
      </w:r>
    </w:p>
    <w:p>
      <w:pPr>
        <w:spacing w:before="100" w:after="0"/>
      </w:pPr>
      <w:r>
        <w:rPr>
          <w:b/>
          <w:sz w:val="21"/>
        </w:rPr>
        <w:t>Fullstack Web Developer</w:t>
      </w:r>
    </w:p>
    <w:p>
      <w:pPr>
        <w:spacing w:after="40"/>
      </w:pPr>
      <w:r>
        <w:rPr>
          <w:b/>
          <w:sz w:val="18"/>
        </w:rPr>
        <w:t>Zdeslegko / Here Easy — Fintech / Automotive Finance  |  2018 — 2020</w:t>
      </w:r>
    </w:p>
    <w:p>
      <w:pPr>
        <w:pStyle w:val="CVSmall"/>
      </w:pPr>
      <w:r>
        <w:t>Development of internal web systems and tools for financial and operational process automation.</w:t>
      </w:r>
    </w:p>
    <w:p>
      <w:pPr>
        <w:pStyle w:val="CVBullet"/>
      </w:pPr>
      <w:r>
        <w:t xml:space="preserve">• </w:t>
      </w:r>
      <w:r>
        <w:t>Built an internal ERP system that replaced manual report exports and consolidation across several business workflows.</w:t>
      </w:r>
    </w:p>
    <w:p>
      <w:pPr>
        <w:pStyle w:val="CVBullet"/>
      </w:pPr>
      <w:r>
        <w:t xml:space="preserve">• </w:t>
      </w:r>
      <w:r>
        <w:t>Automated financial and operational reporting; the solution reduced manual reporting operations by approximately 50–60%.</w:t>
      </w:r>
    </w:p>
    <w:p>
      <w:pPr>
        <w:pStyle w:val="CVBullet"/>
      </w:pPr>
      <w:r>
        <w:t xml:space="preserve">• </w:t>
      </w:r>
      <w:r>
        <w:t>Developed financial dashboards for CFO/CTO and business tools used by commercial and finance teams.</w:t>
      </w:r>
    </w:p>
    <w:p>
      <w:pPr>
        <w:pStyle w:val="CVBullet"/>
      </w:pPr>
      <w:r>
        <w:t xml:space="preserve">• </w:t>
      </w:r>
      <w:r>
        <w:t>Built a specialized product pricing calculator with complex business rules and calculations.</w:t>
      </w:r>
    </w:p>
    <w:p>
      <w:pPr>
        <w:pStyle w:val="CVBullet"/>
      </w:pPr>
      <w:r>
        <w:t xml:space="preserve">• </w:t>
      </w:r>
      <w:r>
        <w:t>Developed a real-time web application connecting couriers with a call center.</w:t>
      </w:r>
    </w:p>
    <w:p>
      <w:pPr>
        <w:pStyle w:val="CVBullet"/>
      </w:pPr>
      <w:r>
        <w:t xml:space="preserve">• </w:t>
      </w:r>
      <w:r>
        <w:t>Supported data analysts with complex SQL queries, query optimization and business logic implementation.</w:t>
      </w:r>
    </w:p>
    <w:p>
      <w:pPr>
        <w:pStyle w:val="CVBullet"/>
      </w:pPr>
      <w:r>
        <w:t xml:space="preserve">• </w:t>
      </w:r>
      <w:r>
        <w:t>Integrated new applications with the existing IT architecture and internal services.</w:t>
      </w:r>
    </w:p>
    <w:p>
      <w:pPr>
        <w:pStyle w:val="CVBullet"/>
      </w:pPr>
      <w:r>
        <w:t xml:space="preserve">• </w:t>
      </w:r>
      <w:r>
        <w:t>Built landing pages and corporate web pages and worked on SEO, performance optimization and refactoring.</w:t>
      </w:r>
    </w:p>
    <w:p>
      <w:pPr>
        <w:pStyle w:val="CVBullet"/>
      </w:pPr>
      <w:r>
        <w:t xml:space="preserve">• </w:t>
      </w:r>
      <w:r>
        <w:t>Stack: JavaScript, Vue.js, Nuxt.js, Vuex, Vue Router, PostgreSQL, MySQL, SQL, HTML5, CSS3, SCSS, BEM, Webpack, Gulp, REST APIs, Git.</w:t>
      </w:r>
    </w:p>
    <w:p>
      <w:pPr>
        <w:spacing w:before="100" w:after="0"/>
      </w:pPr>
      <w:r>
        <w:rPr>
          <w:b/>
          <w:sz w:val="21"/>
        </w:rPr>
        <w:t>Code Reviewer</w:t>
      </w:r>
    </w:p>
    <w:p>
      <w:pPr>
        <w:spacing w:after="40"/>
      </w:pPr>
      <w:r>
        <w:rPr>
          <w:b/>
          <w:sz w:val="18"/>
        </w:rPr>
        <w:t>Yandex Practicum  |  Mar 2020 — Jun 2020</w:t>
      </w:r>
    </w:p>
    <w:p>
      <w:pPr>
        <w:pStyle w:val="CVSmall"/>
      </w:pPr>
      <w:r>
        <w:t>Code review and technical mentoring for frontend students.</w:t>
      </w:r>
    </w:p>
    <w:p>
      <w:pPr>
        <w:pStyle w:val="CVBullet"/>
      </w:pPr>
      <w:r>
        <w:t xml:space="preserve">• </w:t>
      </w:r>
      <w:r>
        <w:t>Reviewed JavaScript/frontend code, architecture and adherence to technical requirements.</w:t>
      </w:r>
    </w:p>
    <w:p>
      <w:pPr>
        <w:pStyle w:val="CVBullet"/>
      </w:pPr>
      <w:r>
        <w:t xml:space="preserve">• </w:t>
      </w:r>
      <w:r>
        <w:t>Helped students diagnose implementation issues and improve code quality, readability and maintainability.</w:t>
      </w:r>
    </w:p>
    <w:p>
      <w:pPr>
        <w:pStyle w:val="CVBullet"/>
      </w:pPr>
      <w:r>
        <w:t xml:space="preserve">• </w:t>
      </w:r>
      <w:r>
        <w:t>Provided guidance on JavaScript, OOP, BEM and frontend development.</w:t>
      </w:r>
    </w:p>
    <w:p>
      <w:pPr>
        <w:spacing w:before="100" w:after="0"/>
      </w:pPr>
      <w:r>
        <w:rPr>
          <w:b/>
          <w:sz w:val="21"/>
        </w:rPr>
        <w:t>Teacher's Assistant / Web Development Mentor</w:t>
      </w:r>
    </w:p>
    <w:p>
      <w:pPr>
        <w:spacing w:after="40"/>
      </w:pPr>
      <w:r>
        <w:rPr>
          <w:b/>
          <w:sz w:val="18"/>
        </w:rPr>
        <w:t>Le Wagon Barcelona  |  Jul 2017 — Dec 2018</w:t>
      </w:r>
    </w:p>
    <w:p>
      <w:pPr>
        <w:pStyle w:val="CVSmall"/>
      </w:pPr>
      <w:r>
        <w:t>Supported students during the Fullstack Web Development Bootcamp.</w:t>
      </w:r>
    </w:p>
    <w:p>
      <w:pPr>
        <w:pStyle w:val="CVBullet"/>
      </w:pPr>
      <w:r>
        <w:t xml:space="preserve">• </w:t>
      </w:r>
      <w:r>
        <w:t>Mentored students in Ruby on Rails, JavaScript, SQL and web development.</w:t>
      </w:r>
    </w:p>
    <w:p>
      <w:pPr>
        <w:pStyle w:val="CVBullet"/>
      </w:pPr>
      <w:r>
        <w:t xml:space="preserve">• </w:t>
      </w:r>
      <w:r>
        <w:t>Provided technical consultations and code reviews and helped teams deliver final projects.</w:t>
      </w:r>
    </w:p>
    <w:p>
      <w:pPr>
        <w:pStyle w:val="Heading1"/>
      </w:pPr>
      <w:r>
        <w:t>EDUCATION</w:t>
      </w:r>
    </w:p>
    <w:p>
      <w:pPr>
        <w:spacing w:before="60" w:after="0"/>
      </w:pPr>
      <w:r>
        <w:rPr>
          <w:b/>
          <w:sz w:val="19"/>
        </w:rPr>
        <w:t>Fullstack Web Development Bootcamp</w:t>
      </w:r>
    </w:p>
    <w:p>
      <w:pPr>
        <w:pStyle w:val="CVSmall"/>
      </w:pPr>
      <w:r>
        <w:t>Le Wagon Barcelona  |  2017</w:t>
      </w:r>
    </w:p>
    <w:p>
      <w:pPr>
        <w:spacing w:before="60" w:after="0"/>
      </w:pPr>
      <w:r>
        <w:rPr>
          <w:b/>
          <w:sz w:val="19"/>
        </w:rPr>
        <w:t>International Economics / Master's Degree</w:t>
      </w:r>
    </w:p>
    <w:p>
      <w:pPr>
        <w:pStyle w:val="CVSmall"/>
      </w:pPr>
      <w:r>
        <w:t>USUE — Ural State University of Economics  |  2007 — 2012</w:t>
      </w:r>
    </w:p>
    <w:p>
      <w:pPr>
        <w:pStyle w:val="Heading1"/>
      </w:pPr>
      <w:r>
        <w:t>ADDITIONAL</w:t>
      </w:r>
    </w:p>
    <w:p>
      <w:pPr>
        <w:pStyle w:val="CVSmall"/>
      </w:pPr>
      <w:r>
        <w:rPr>
          <w:b/>
        </w:rPr>
        <w:t xml:space="preserve">English: </w:t>
      </w:r>
      <w:r>
        <w:t xml:space="preserve">working proficiency; experience working with international teams.  </w:t>
      </w:r>
      <w:r>
        <w:rPr>
          <w:b/>
        </w:rPr>
        <w:t xml:space="preserve">Availability: </w:t>
      </w:r>
      <w:r>
        <w:t>remote, full-time, contract, freelance.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ullet">
    <w:name w:val="CV Bullet"/>
    <w:basedOn w:val="Normal"/>
    <w:pPr>
      <w:spacing w:after="30"/>
      <w:ind w:left="259" w:hanging="173"/>
    </w:pPr>
    <w:rPr>
      <w:rFonts w:ascii="Arial" w:hAnsi="Arial"/>
      <w:sz w:val="18"/>
    </w:rPr>
  </w:style>
  <w:style w:type="paragraph" w:customStyle="1" w:styleId="CVSmall">
    <w:name w:val="CV Small"/>
    <w:basedOn w:val="Normal"/>
    <w:pPr>
      <w:spacing w:after="40"/>
    </w:pPr>
    <w:rPr>
      <w:rFonts w:ascii="Arial" w:hAnsi="Arial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